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Motion Heat Mapping vs. Motion Tracking</w:t>
      </w:r>
    </w:p>
    <w:p>
      <w:pPr>
        <w:pStyle w:val="Heading2"/>
      </w:pPr>
      <w:r>
        <w:t>🔥 What You're Seeing: Motion-Based Heat Mapping</w:t>
      </w:r>
    </w:p>
    <w:p>
      <w:r>
        <w:t>Each frame is compared to the previous one. The system highlights areas where pixel values change, indicating movement. These changes are accumulated and visualized as a heatmap (e.g., blue = no motion, red/white = strong motion).</w:t>
      </w:r>
    </w:p>
    <w:p>
      <w:r>
        <w:t>This technique is often called:</w:t>
        <w:br/>
        <w:t>- Motion heatmapping</w:t>
        <w:br/>
        <w:t>- Temporal motion accumulation</w:t>
        <w:br/>
        <w:t>- Difference-based motion detection</w:t>
      </w:r>
    </w:p>
    <w:p>
      <w:r>
        <w:t>✅ It works well for spotting where things move, especially when exact object identity or shape isn't necessary.</w:t>
      </w:r>
    </w:p>
    <w:p>
      <w:pPr>
        <w:pStyle w:val="Heading2"/>
      </w:pPr>
      <w:r>
        <w:t>🧠 What It’s Not: Motion Tracking</w:t>
      </w:r>
    </w:p>
    <w:p>
      <w:r>
        <w:t>Motion tracking follows a specific object (like a head or shadow) over time. It maintains persistent identity from frame to frame.</w:t>
      </w:r>
    </w:p>
    <w:p>
      <w:r>
        <w:t>It often involves:</w:t>
        <w:br/>
        <w:t>- Bounding boxes</w:t>
        <w:br/>
        <w:t>- Optical flow</w:t>
        <w:br/>
        <w:t>- Keypoint tracking (e.g., OpenCV’s calcOpticalFlowFarneback, DeepSort, or YOLO+SORT)</w:t>
        <w:br/>
        <w:t>- AI-based segmentation</w:t>
      </w:r>
    </w:p>
    <w:p>
      <w:r>
        <w:t>You haven’t seen that yet in this analysis — but it can be done if needed.</w:t>
      </w:r>
    </w:p>
    <w:p>
      <w:pPr>
        <w:pStyle w:val="Heading2"/>
      </w:pPr>
      <w:r>
        <w:t>👇 Summary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Feature</w:t>
            </w:r>
          </w:p>
        </w:tc>
        <w:tc>
          <w:tcPr>
            <w:tcW w:type="dxa" w:w="2880"/>
          </w:tcPr>
          <w:p>
            <w:r>
              <w:t>Current Method</w:t>
            </w:r>
          </w:p>
        </w:tc>
        <w:tc>
          <w:tcPr>
            <w:tcW w:type="dxa" w:w="2880"/>
          </w:tcPr>
          <w:p>
            <w:r>
              <w:t>Full Tracking</w:t>
            </w:r>
          </w:p>
        </w:tc>
      </w:tr>
      <w:tr>
        <w:tc>
          <w:tcPr>
            <w:tcW w:type="dxa" w:w="2880"/>
          </w:tcPr>
          <w:p>
            <w:r>
              <w:t>Based on pixel change?</w:t>
            </w:r>
          </w:p>
        </w:tc>
        <w:tc>
          <w:tcPr>
            <w:tcW w:type="dxa" w:w="2880"/>
          </w:tcPr>
          <w:p>
            <w:r>
              <w:t>✅ Yes</w:t>
            </w:r>
          </w:p>
        </w:tc>
        <w:tc>
          <w:tcPr>
            <w:tcW w:type="dxa" w:w="2880"/>
          </w:tcPr>
          <w:p>
            <w:r>
              <w:t>✅ Often uses this</w:t>
            </w:r>
          </w:p>
        </w:tc>
      </w:tr>
      <w:tr>
        <w:tc>
          <w:tcPr>
            <w:tcW w:type="dxa" w:w="2880"/>
          </w:tcPr>
          <w:p>
            <w:r>
              <w:t>Follows object identity?</w:t>
            </w:r>
          </w:p>
        </w:tc>
        <w:tc>
          <w:tcPr>
            <w:tcW w:type="dxa" w:w="2880"/>
          </w:tcPr>
          <w:p>
            <w:r>
              <w:t>❌ No</w:t>
            </w:r>
          </w:p>
        </w:tc>
        <w:tc>
          <w:tcPr>
            <w:tcW w:type="dxa" w:w="2880"/>
          </w:tcPr>
          <w:p>
            <w:r>
              <w:t>✅ Yes</w:t>
            </w:r>
          </w:p>
        </w:tc>
      </w:tr>
      <w:tr>
        <w:tc>
          <w:tcPr>
            <w:tcW w:type="dxa" w:w="2880"/>
          </w:tcPr>
          <w:p>
            <w:r>
              <w:t>Shows "hot zones"?</w:t>
            </w:r>
          </w:p>
        </w:tc>
        <w:tc>
          <w:tcPr>
            <w:tcW w:type="dxa" w:w="2880"/>
          </w:tcPr>
          <w:p>
            <w:r>
              <w:t>✅ Yes (heatmap)</w:t>
            </w:r>
          </w:p>
        </w:tc>
        <w:tc>
          <w:tcPr>
            <w:tcW w:type="dxa" w:w="2880"/>
          </w:tcPr>
          <w:p>
            <w:r>
              <w:t>❌ Not usually</w:t>
            </w:r>
          </w:p>
        </w:tc>
      </w:tr>
      <w:tr>
        <w:tc>
          <w:tcPr>
            <w:tcW w:type="dxa" w:w="2880"/>
          </w:tcPr>
          <w:p>
            <w:r>
              <w:t>Labels/boxes entity?</w:t>
            </w:r>
          </w:p>
        </w:tc>
        <w:tc>
          <w:tcPr>
            <w:tcW w:type="dxa" w:w="2880"/>
          </w:tcPr>
          <w:p>
            <w:r>
              <w:t>❌ No</w:t>
            </w:r>
          </w:p>
        </w:tc>
        <w:tc>
          <w:tcPr>
            <w:tcW w:type="dxa" w:w="2880"/>
          </w:tcPr>
          <w:p>
            <w:r>
              <w:t>✅ Yes (if enabled)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